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Blackrod Now — Bulk Event Upload</w:t>
      </w:r>
    </w:p>
    <w:p>
      <w:r>
        <w:rPr>
          <w:sz w:val="20"/>
        </w:rPr>
        <w:t>Fill in one numbered block per event using the labels below, then upload this document via Admin → Bulk document import. Every field is read exactly as written — no AI guesswork. Leave a field as 'Not published' (or delete the line) if unknown.</w:t>
      </w:r>
    </w:p>
    <w:p>
      <w:pPr>
        <w:pStyle w:val="Heading2"/>
      </w:pPr>
      <w:r>
        <w:t>1. Example Coffee Morning</w:t>
      </w:r>
    </w:p>
    <w:p>
      <w:r>
        <w:t>1. Event title: Example Coffee Morning</w:t>
      </w:r>
    </w:p>
    <w:p>
      <w:r>
        <w:t>2. Organisation: Blackrod Community Group</w:t>
      </w:r>
    </w:p>
    <w:p>
      <w:r>
        <w:t>3. Category: community</w:t>
      </w:r>
    </w:p>
    <w:p>
      <w:r>
        <w:t>4. Date: Tuesday 6 October 2026</w:t>
      </w:r>
    </w:p>
    <w:p>
      <w:r>
        <w:t>5. Start: 10:00</w:t>
      </w:r>
    </w:p>
    <w:p>
      <w:r>
        <w:t>6. End: 11:30</w:t>
      </w:r>
    </w:p>
    <w:p>
      <w:r>
        <w:t>7. Venue: Blackrod Community Centre</w:t>
      </w:r>
    </w:p>
    <w:p>
      <w:r>
        <w:t>8. Address: Blackrod, Bolton, BL6</w:t>
      </w:r>
    </w:p>
    <w:p>
      <w:r>
        <w:t>9. Description: Friendly weekly coffee morning — everyone welcome.</w:t>
      </w:r>
    </w:p>
    <w:p>
      <w:r>
        <w:t>10. Cost: Free</w:t>
      </w:r>
    </w:p>
    <w:p>
      <w:r>
        <w:t>11. Age suitability: All ages</w:t>
      </w:r>
    </w:p>
    <w:p>
      <w:r>
        <w:t>12. Accessibility: Step-free access</w:t>
      </w:r>
    </w:p>
    <w:p>
      <w:r>
        <w:t>13. Booking link: Not published</w:t>
      </w:r>
    </w:p>
    <w:p>
      <w:r>
        <w:t>14. Email: hello@example.org</w:t>
      </w:r>
    </w:p>
    <w:p>
      <w:r>
        <w:t>15. Phone: 01204 000000</w:t>
      </w:r>
    </w:p>
    <w:p>
      <w:r>
        <w:t>16. Image URL: Not published</w:t>
      </w:r>
    </w:p>
    <w:p>
      <w:r>
        <w:t>17. Repeats: Yes — Tuesdays</w:t>
      </w:r>
    </w:p>
    <w:p>
      <w:pPr>
        <w:pStyle w:val="Heading2"/>
      </w:pPr>
      <w:r>
        <w:t>2. Example Christmas Fair</w:t>
      </w:r>
    </w:p>
    <w:p>
      <w:r>
        <w:t>1. Event title: Example Christmas Fair</w:t>
      </w:r>
    </w:p>
    <w:p>
      <w:r>
        <w:t>2. Organisation: St Katharine's Church</w:t>
      </w:r>
    </w:p>
    <w:p>
      <w:r>
        <w:t>3. Category: family</w:t>
      </w:r>
    </w:p>
    <w:p>
      <w:r>
        <w:t>4. Date: Saturday 5 December 2026</w:t>
      </w:r>
    </w:p>
    <w:p>
      <w:r>
        <w:t>5. Start: 11:00</w:t>
      </w:r>
    </w:p>
    <w:p>
      <w:r>
        <w:t>6. End: 15:00</w:t>
      </w:r>
    </w:p>
    <w:p>
      <w:r>
        <w:t>7. Venue: Church Hall</w:t>
      </w:r>
    </w:p>
    <w:p>
      <w:r>
        <w:t>8. Address: Church Street, Blackrod</w:t>
      </w:r>
    </w:p>
    <w:p>
      <w:r>
        <w:t>9. Description: Stalls, mulled wine and Santa's grotto.</w:t>
      </w:r>
    </w:p>
    <w:p>
      <w:r>
        <w:t>10. Cost: 50p entry</w:t>
      </w:r>
    </w:p>
    <w:p>
      <w:r>
        <w:t>11. Age suitability: All ages</w:t>
      </w:r>
    </w:p>
    <w:p>
      <w:r>
        <w:t>12. Accessibility: Accessible entrance at the rear</w:t>
      </w:r>
    </w:p>
    <w:p>
      <w:r>
        <w:t>13. Booking link: https://example.org/fair</w:t>
      </w:r>
    </w:p>
    <w:p>
      <w:r>
        <w:t>14. Email: Not published</w:t>
      </w:r>
    </w:p>
    <w:p>
      <w:r>
        <w:t>15. Phone: Not published</w:t>
      </w:r>
    </w:p>
    <w:p>
      <w:r>
        <w:t>16. Image URL: Not published</w:t>
      </w:r>
    </w:p>
    <w:p>
      <w:r>
        <w:t>17. Repeats: No — one-off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